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ארנבון בכיתה – כן או לא?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מבנה טיעון: עמדה, נימוקים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שתי עמדות והבעת עמדה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במילים כי, לכן,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ארנבון ילמד אותנו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בכיתה יש רעש וארנבונים נבהלים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החליטו לחפש פתרון שישמח את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הנימוקים שלה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תומר דווקא אוהב ארנבונים, ולכן הוא דואג לשלומו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ידע כללי על ארנבונים שמוזכר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הנימוקים של תומר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השלימו: כי / לכן /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(דעה של מישהו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שתומך בדעה)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(החלטה בסוף הטיעון)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שמראה 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הדעה שלכם, לדוגמה: לדעתי...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סכמו במילה לכן ותנו מסקנה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ארנבון ילמד את התלמידים אחריות; ארנבון רך ושקט מרגיע ומשפר מצב רוח.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בכיתה יש רעש וארנבונים נבהלים; אין מי שישמור עליו בחופשות; יש ילדים אלרגיים לפרווה.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מיכל בעד, תומר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יחס סיבה-תוצאה נכון עם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חיפשו פתרון משותף שמתחשב גם בארנבון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'קו הדעות' לפני כתיבת הפסקה האישית כדי להמחיש את השוני בעמדות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כי, לכן, אבל בעזרת דוגמאות נוספות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מתקשים להתמקד בחלקי התמיכה ובמשימות ההתאמה לפני כתיבת הפסקה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ארנבון בכיתה – כן או לא?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שני ילדים. אחד רוצה ארנבון בכיתה, אחד לא רוצה. כל אחד אומר למה. נקרא ונבין את הסיבות.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של מישהו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או סיכום בסוף הטיעון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שמסבירה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ניגוד בין שני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של תפקיד לפי תור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אלרגיה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רגישות גוף לדבר מסוים, כמו פרווה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מיכל חושבת?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מתלבטת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מיכל רוצה ארנבון?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ארנבון ילמד אותנו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ארנבון יזיק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ארנבון יפריע ללימודים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ארנבון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תומר נגד?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אוהב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בכיתה יש רעש וארנבונים נבהלים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מפחד מארנבונים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אסור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נגמר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רבו ולא הגיעו להסכמה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החליטו לחפש פתרון שישמח את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הביאו ארנבון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שכחו מהנושא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מיכל חושבת שארנבון ילמד את התלמידים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תומר לא אוהב ארנבונים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ארנבונים נבהלים בקלות מרעש.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ילדים שעלולים להיות אלרגיים לפרוות הארנבון.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השלימו: כי / לכן /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מיכל רוצה ארנבון __________ הוא מרגיע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ילדים אלרגיים, __________ צריך לחשוב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הרעיון יפה, __________ קשה לבצע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תומר אוהב ארנבונים, __________ הוא מתנגד לארנבון בכיתה.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שמראה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החלטה בסוף הטיעון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דעה של מישהו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שתומך בדעה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סכמו במילה לכן ותנו מסקנה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נימוק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הדעה שלכם, לדוגמה: לדעתי...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נימוק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נימוקים של מיכל בעד הארנבון.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נימוקים של תומר נגד הארנבון.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עמדתה של מיכל ומהי עמדתו של תומר?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לכן על הנושא.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המסקנה הסופית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ארנבון בכיתה – כן או לא?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